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80" w:lineRule="auto"/>
        <w:jc w:val="center"/>
        <w:rPr/>
      </w:pPr>
      <w:r w:rsidDel="00000000" w:rsidR="00000000" w:rsidRPr="00000000">
        <w:rPr>
          <w:b w:val="1"/>
          <w:bCs w:val="1"/>
          <w:color w:val="14365d"/>
          <w:sz w:val="30"/>
          <w:szCs w:val="30"/>
          <w:rtl w:val="0"/>
        </w:rPr>
        <w:t xml:space="preserve">MODULISTICA — All. 4 (Mod. 1), All. 5 (Mod. 2), All. 6 (Mod. 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2c5282"/>
          <w:sz w:val="23"/>
          <w:szCs w:val="23"/>
          <w:rtl w:val="0"/>
        </w:rPr>
        <w:t xml:space="preserve">Progetto “DISCUTIAMONE A SCUOLA” — Servizio di Psicologia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2c5282" w:space="6" w:sz="8" w:val="single"/>
        </w:pBdr>
        <w:spacing w:after="200" w:lineRule="auto"/>
        <w:jc w:val="center"/>
        <w:rPr/>
      </w:pPr>
      <w:r w:rsidDel="00000000" w:rsidR="00000000" w:rsidRPr="00000000">
        <w:rPr>
          <w:i w:val="1"/>
          <w:iCs w:val="1"/>
          <w:color w:val="5a6473"/>
          <w:sz w:val="19"/>
          <w:szCs w:val="19"/>
          <w:rtl w:val="0"/>
        </w:rPr>
        <w:t xml:space="preserve">PR Calabria FESR FSE+ 2021/2027 – Azione 4.k.1 · Modulistica di cui all’art. 29 delle Linee guida operative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pBdr>
          <w:bottom w:color="14365d" w:space="3" w:sz="8" w:val="single"/>
        </w:pBdr>
        <w:spacing w:after="100" w:before="240" w:lineRule="auto"/>
        <w:jc w:val="left"/>
        <w:rPr/>
      </w:pPr>
      <w:r w:rsidDel="00000000" w:rsidR="00000000" w:rsidRPr="00000000">
        <w:rPr>
          <w:b w:val="1"/>
          <w:bCs w:val="1"/>
          <w:color w:val="14365d"/>
          <w:sz w:val="23"/>
          <w:szCs w:val="23"/>
          <w:rtl w:val="0"/>
        </w:rPr>
        <w:t xml:space="preserve">All. 4 (Mod. 1) — CONSENSO INFORMATO SANITARIO — STUDENTE MINORENNE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Rule="auto"/>
        <w:jc w:val="left"/>
        <w:rPr/>
      </w:pPr>
      <w:r w:rsidDel="00000000" w:rsidR="00000000" w:rsidRPr="00000000">
        <w:rPr>
          <w:rtl w:val="0"/>
        </w:rPr>
        <w:t xml:space="preserve">Da acquisirsi ai sensi degli artt. 1 e 3 della L. 22 dicembre 2017, n. 219</w:t>
      </w:r>
    </w:p>
    <w:tbl>
      <w:tblPr>
        <w:tblStyle w:val="Table1"/>
        <w:tblW w:w="9412.0" w:type="dxa"/>
        <w:jc w:val="center"/>
        <w:tblBorders>
          <w:top w:color="90cdf4" w:space="0" w:sz="6" w:val="single"/>
          <w:left w:color="90cdf4" w:space="0" w:sz="4" w:val="single"/>
          <w:bottom w:color="90cdf4" w:space="0" w:sz="6" w:val="single"/>
          <w:right w:color="90cdf4" w:space="0" w:sz="4" w:val="single"/>
          <w:insideH w:color="90cdf4" w:space="0" w:sz="4" w:val="single"/>
          <w:insideV w:color="90cdf4" w:space="0" w:sz="4" w:val="single"/>
        </w:tblBorders>
        <w:tblLayout w:type="fixed"/>
        <w:tblLook w:val="0400"/>
      </w:tblPr>
      <w:tblGrid>
        <w:gridCol w:w="9412"/>
        <w:tblGridChange w:id="0">
          <w:tblGrid>
            <w:gridCol w:w="9412"/>
          </w:tblGrid>
        </w:tblGridChange>
      </w:tblGrid>
      <w:tr>
        <w:trPr>
          <w:cantSplit w:val="0"/>
          <w:tblHeader w:val="0"/>
        </w:trPr>
        <w:tc>
          <w:tcPr>
            <w:shd w:fill="f0f4f8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14365d"/>
                <w:sz w:val="19"/>
                <w:szCs w:val="19"/>
                <w:rtl w:val="0"/>
              </w:rPr>
              <w:t xml:space="preserve">Avvertenza per lo Psicologo. </w:t>
            </w:r>
            <w:r w:rsidDel="00000000" w:rsidR="00000000" w:rsidRPr="00000000">
              <w:rPr>
                <w:color w:val="1e232d"/>
                <w:sz w:val="19"/>
                <w:szCs w:val="19"/>
                <w:rtl w:val="0"/>
              </w:rPr>
              <w:t xml:space="preserve">Il presente modulo è sottoscritto esclusivamente in sede di colloquio informativo, dopo che le informazioni della Parte I sono state rese personalmente dallo Psicologo. L’istituzione scolastica può renderlo conoscibile in anticipo alle famiglie, anche tramite registro elettronico, ai soli fini di consultazione e di preparazione all’incontro; non può essere trasmesso per la sola sottoscrizione (art. 16, commi 1 e 3, delle Linee guida). Copia dell’informativa sul trattamento dei dati personali (All. 1) è consegnata contestualmente.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DATI IDENTIFICATIVI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Azienda Sanitaria Provinciale di ____________________________________________________</w:t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Servizio di Psicologia Scolastica — Presidio degli psicologi</w:t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Psicologo ____________________________________ — Iscrizione Albo n. _________ Ordine ____________</w:t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Istituto scolastico ______________________________________________ Classe/Sezione ___________</w:t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Studente — Cognome _______________________________ Nome _______________________________</w:t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Nato/a a _________________________________ il _________________ C.F. ___________________________</w:t>
      </w:r>
    </w:p>
    <w:p w:rsidR="00000000" w:rsidDel="00000000" w:rsidP="00000000" w:rsidRDefault="00000000" w:rsidRPr="00000000" w14:paraId="0000000F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Codice pratica (a cura dell’ASP) _________________________________</w:t>
      </w:r>
    </w:p>
    <w:p w:rsidR="00000000" w:rsidDel="00000000" w:rsidP="00000000" w:rsidRDefault="00000000" w:rsidRPr="00000000" w14:paraId="00000010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PARTE I — INFORMAZIONI RESE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lineRule="auto"/>
        <w:jc w:val="both"/>
        <w:rPr/>
      </w:pPr>
      <w:r w:rsidDel="00000000" w:rsidR="00000000" w:rsidRPr="00000000">
        <w:rPr>
          <w:rtl w:val="0"/>
        </w:rPr>
        <w:t xml:space="preserve">Il sottoscritto Psicologo dichiara di avere illustrato personalmente quanto segue.</w:t>
      </w:r>
    </w:p>
    <w:p w:rsidR="00000000" w:rsidDel="00000000" w:rsidP="00000000" w:rsidRDefault="00000000" w:rsidRPr="00000000" w14:paraId="00000012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1.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Che cos’è il Servizio. </w:t>
      </w:r>
      <w:r w:rsidDel="00000000" w:rsidR="00000000" w:rsidRPr="00000000">
        <w:rPr>
          <w:rtl w:val="0"/>
        </w:rPr>
        <w:t xml:space="preserve">Il Servizio di Psicologia Scolastica è attivato dall’Azienda Sanitaria Provinciale nell’ambito del progetto regionale “Discutiamone a scuola”. Lo Psicologo è un professionista sanitario, iscritto all’Albo, incaricato dall’ASP. Non è un dipendente della scuola e non partecipa alle decisioni scolastiche che riguardano gli studenti.</w:t>
      </w:r>
    </w:p>
    <w:p w:rsidR="00000000" w:rsidDel="00000000" w:rsidP="00000000" w:rsidRDefault="00000000" w:rsidRPr="00000000" w14:paraId="00000013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2.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Natura della prestazione. </w:t>
      </w:r>
      <w:r w:rsidDel="00000000" w:rsidR="00000000" w:rsidRPr="00000000">
        <w:rPr>
          <w:rtl w:val="0"/>
        </w:rPr>
        <w:t xml:space="preserve">I colloqui individuali dello sportello di ascolto sono prestazioni sanitarie e richiedono il consenso informato di chi esercita la responsabilità genitoriale.</w:t>
      </w:r>
    </w:p>
    <w:p w:rsidR="00000000" w:rsidDel="00000000" w:rsidP="00000000" w:rsidRDefault="00000000" w:rsidRPr="00000000" w14:paraId="00000014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3.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In che cosa consiste. </w:t>
      </w:r>
      <w:r w:rsidDel="00000000" w:rsidR="00000000" w:rsidRPr="00000000">
        <w:rPr>
          <w:rtl w:val="0"/>
        </w:rPr>
        <w:t xml:space="preserve">Lo sportello di ascolto offre colloqui individuali, su richiesta dello studente, dei genitori o su segnalazione dei docenti. Sono finalizzati ad accogliere una difficoltà, comprenderla e, se necessario, orientare verso il servizio competente. Si svolgono in orario scolastico o extrascolastico presso l’ASP, in uno spazio riservato. La durata dei colloqui e il numero degli incontri non sono predeterminati: sono valutati dallo Psicologo in relazione alla situazione, in un percorso comunque orientato alla brevità.</w:t>
      </w:r>
    </w:p>
    <w:p w:rsidR="00000000" w:rsidDel="00000000" w:rsidP="00000000" w:rsidRDefault="00000000" w:rsidRPr="00000000" w14:paraId="00000015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3-bis.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Le attività di gruppo sono cosa diversa. </w:t>
      </w:r>
      <w:r w:rsidDel="00000000" w:rsidR="00000000" w:rsidRPr="00000000">
        <w:rPr>
          <w:rtl w:val="0"/>
        </w:rPr>
        <w:t xml:space="preserve">Gli incontri che lo Psicologo tiene in classe, con i genitori o con i docenti hanno natura informativa e formativa: servono a far conoscere il Servizio e a fornire informazioni su temi quali il benessere psicologico, le relazioni tra pari, il bullismo e il cyberbullismo, l’uso degli strumenti digitali. Non comportano l’impiego di tecniche psicologiche né la richiesta di parlare di esperienze personali, e non sono oggetto del presente consenso: per esse la scuola raccoglie una separata adesione al progetto.</w:t>
      </w:r>
    </w:p>
    <w:p w:rsidR="00000000" w:rsidDel="00000000" w:rsidP="00000000" w:rsidRDefault="00000000" w:rsidRPr="00000000" w14:paraId="00000016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4.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Che cosa il Servizio non fa. </w:t>
      </w:r>
      <w:r w:rsidDel="00000000" w:rsidR="00000000" w:rsidRPr="00000000">
        <w:rPr>
          <w:rtl w:val="0"/>
        </w:rPr>
        <w:t xml:space="preserve">Non eroga psicoterapia. Non somministra test, questionari o reattivi psicologici. Non rilascia certificazioni diagnostiche, comprese quelle relative a DSA, BES o disabilità, che restano di competenza delle strutture sanitarie e delle équipe autorizzate. Non redige documenti destinati, anche indirettamente, a procedimenti giudiziari di qualsiasi natura. Non sostituisce i servizi sanitari specialistici, ai quali lo Psicologo può orientare.</w:t>
      </w:r>
    </w:p>
    <w:p w:rsidR="00000000" w:rsidDel="00000000" w:rsidP="00000000" w:rsidRDefault="00000000" w:rsidRPr="00000000" w14:paraId="00000017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4-bis.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Certificazioni e attestazioni. </w:t>
      </w:r>
      <w:r w:rsidDel="00000000" w:rsidR="00000000" w:rsidRPr="00000000">
        <w:rPr>
          <w:rtl w:val="0"/>
        </w:rPr>
        <w:t xml:space="preserve">Le certificazioni e le attestazioni previste dalla normativa vigente e rientranti nelle competenze del Servizio sono rilasciate solo su richiesta scritta e solo agli esercenti la responsabilità genitoriale o al tutore, salvo diversa disposizione di legge. È rilasciata, alle stesse condizioni, l’attestazione dell’avvenuto accesso, utile a giustificare l’assenza dalle lezioni: riporta solo data e orario, è consegnata a chi la chiede e non è trasmessa alla scuola. Nessuna certificazione, attestazione o relazione è rilasciata al Dirigente scolastico, ai docenti o ad altro personale della scuola, in nessun caso.</w:t>
      </w:r>
    </w:p>
    <w:p w:rsidR="00000000" w:rsidDel="00000000" w:rsidP="00000000" w:rsidRDefault="00000000" w:rsidRPr="00000000" w14:paraId="00000018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5.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Riservatezza e suoi limiti. </w:t>
      </w:r>
      <w:r w:rsidDel="00000000" w:rsidR="00000000" w:rsidRPr="00000000">
        <w:rPr>
          <w:rtl w:val="0"/>
        </w:rPr>
        <w:t xml:space="preserve">Lo Psicologo è tenuto al segreto professionale. Quanto emerge nei colloqui non è riferito alla scuola. Il segreto cede nei soli casi previsti dalla legge: quando lo Psicologo venga a conoscenza di reati perseguibili d’ufficio; in presenza di situazioni di grave pregiudizio per il minore; in presenza di rischio attuale per l’incolumità dello studente o di altri. In queste situazioni lo Psicologo informa i soggetti competenti e, di norma, gli esercenti la responsabilità genitoriale.</w:t>
      </w:r>
    </w:p>
    <w:p w:rsidR="00000000" w:rsidDel="00000000" w:rsidP="00000000" w:rsidRDefault="00000000" w:rsidRPr="00000000" w14:paraId="00000019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6.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Rapporti con i genitori. </w:t>
      </w:r>
      <w:r w:rsidDel="00000000" w:rsidR="00000000" w:rsidRPr="00000000">
        <w:rPr>
          <w:rtl w:val="0"/>
        </w:rPr>
        <w:t xml:space="preserve">Lo Psicologo informa i genitori, in presenza ovvero mediante colloquio sulla piattaforma regionale di telemedicina nelle fattispecie autorizzate, sull’andamento del percorso e su eventuali situazioni di particolare rilevanza, condividendo le sole informazioni necessarie e pertinenti e, quando possibile, preparando la comunicazione insieme allo studente. L’indirizzo e-mail è utilizzato esclusivamente per le comunicazioni organizzative relative alla fissazione degli appuntamenti.</w:t>
      </w:r>
    </w:p>
    <w:p w:rsidR="00000000" w:rsidDel="00000000" w:rsidP="00000000" w:rsidRDefault="00000000" w:rsidRPr="00000000" w14:paraId="0000001A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7.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Documentazione. </w:t>
      </w:r>
      <w:r w:rsidDel="00000000" w:rsidR="00000000" w:rsidRPr="00000000">
        <w:rPr>
          <w:rtl w:val="0"/>
        </w:rPr>
        <w:t xml:space="preserve">Le prestazioni sono documentate in una pratica conservata nella documentazione sanitaria presso l’ASP, mai presso la scuola. Il presente consenso è inserito nella documentazione sanitaria e nel Fascicolo Sanitario Elettronico dello studente, secondo quanto disposto dalla normativa vigente.</w:t>
      </w:r>
    </w:p>
    <w:p w:rsidR="00000000" w:rsidDel="00000000" w:rsidP="00000000" w:rsidRDefault="00000000" w:rsidRPr="00000000" w14:paraId="0000001B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8.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Ascolto dello studente. </w:t>
      </w:r>
      <w:r w:rsidDel="00000000" w:rsidR="00000000" w:rsidRPr="00000000">
        <w:rPr>
          <w:rtl w:val="0"/>
        </w:rPr>
        <w:t xml:space="preserve">Lo studente minorenne riceve informazioni adeguate alla sua età, è ascoltato dallo Psicologo e la sua volontà è tenuta in debita considerazione. Se lo studente manifesta di non voler partecipare, l’attività non ha inizio o è interrotta, anche in presenza del consenso dei genitori.</w:t>
      </w:r>
    </w:p>
    <w:p w:rsidR="00000000" w:rsidDel="00000000" w:rsidP="00000000" w:rsidRDefault="00000000" w:rsidRPr="00000000" w14:paraId="0000001C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9.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Libertà di scelta e revoca. </w:t>
      </w:r>
      <w:r w:rsidDel="00000000" w:rsidR="00000000" w:rsidRPr="00000000">
        <w:rPr>
          <w:rtl w:val="0"/>
        </w:rPr>
        <w:t xml:space="preserve">Il consenso è libero. Il rifiuto non comporta alcuna conseguenza. Il consenso può essere revocato in qualsiasi momento, in tutto o in parte, senza motivazione, e la revoca non pregiudica l’accesso futuro al Servizio.</w:t>
      </w:r>
    </w:p>
    <w:p w:rsidR="00000000" w:rsidDel="00000000" w:rsidP="00000000" w:rsidRDefault="00000000" w:rsidRPr="00000000" w14:paraId="0000001D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10.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Durata. </w:t>
      </w:r>
      <w:r w:rsidDel="00000000" w:rsidR="00000000" w:rsidRPr="00000000">
        <w:rPr>
          <w:rtl w:val="0"/>
        </w:rPr>
        <w:t xml:space="preserve">Il presente consenso vale per l’anno scolastico _______ / _______ .</w:t>
      </w:r>
    </w:p>
    <w:p w:rsidR="00000000" w:rsidDel="00000000" w:rsidP="00000000" w:rsidRDefault="00000000" w:rsidRPr="00000000" w14:paraId="0000001E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PARTE II — MANIFESTAZIONE DI VOLONTÀ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jc w:val="both"/>
        <w:rPr/>
      </w:pPr>
      <w:r w:rsidDel="00000000" w:rsidR="00000000" w:rsidRPr="00000000">
        <w:rPr>
          <w:b w:val="1"/>
          <w:bCs w:val="1"/>
          <w:color w:val="1e232d"/>
          <w:rtl w:val="0"/>
        </w:rPr>
        <w:t xml:space="preserve">Accesso allo sportello di ascolto individuale: </w:t>
      </w:r>
      <w:r w:rsidDel="00000000" w:rsidR="00000000" w:rsidRPr="00000000">
        <w:rPr>
          <w:rtl w:val="0"/>
        </w:rPr>
        <w:t xml:space="preserve">☐ ACCONSENTO          ☐ NON ACCONSENTO</w:t>
      </w:r>
    </w:p>
    <w:p w:rsidR="00000000" w:rsidDel="00000000" w:rsidP="00000000" w:rsidRDefault="00000000" w:rsidRPr="00000000" w14:paraId="00000020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Il consenso non comporta alcun obbligo di accesso: lo sportello è utilizzato solo su richiesta dello studente o della famiglia.</w:t>
      </w:r>
    </w:p>
    <w:p w:rsidR="00000000" w:rsidDel="00000000" w:rsidP="00000000" w:rsidRDefault="00000000" w:rsidRPr="00000000" w14:paraId="00000021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PARTE III — SOTTOSCRIZIONE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00" w:lineRule="auto"/>
        <w:jc w:val="both"/>
        <w:rPr/>
      </w:pPr>
      <w:r w:rsidDel="00000000" w:rsidR="00000000" w:rsidRPr="00000000">
        <w:rPr>
          <w:rtl w:val="0"/>
        </w:rPr>
        <w:t xml:space="preserve">I sottoscritti, esercenti la responsabilità genitoriale / tutore, dichiarano di aver ricevuto le informazioni della Parte I direttamente dallo Psicologo, di averle comprese, di aver avuto la possibilità di porre domande e di aver ricevuto risposta. Il consenso è prestato congiuntamente da entrambi gli esercenti la responsabilità genitoriale ovvero dal tutore (art. 16, comma 7, delle Linee guida operative).</w:t>
      </w:r>
    </w:p>
    <w:tbl>
      <w:tblPr>
        <w:tblStyle w:val="Table2"/>
        <w:tblW w:w="9411.0" w:type="dxa"/>
        <w:jc w:val="center"/>
        <w:tblBorders>
          <w:top w:color="cbd5e0" w:space="0" w:sz="6" w:val="single"/>
          <w:left w:color="cbd5e0" w:space="0" w:sz="4" w:val="single"/>
          <w:bottom w:color="cbd5e0" w:space="0" w:sz="6" w:val="single"/>
          <w:right w:color="cbd5e0" w:space="0" w:sz="4" w:val="single"/>
          <w:insideH w:color="cbd5e0" w:space="0" w:sz="4" w:val="single"/>
          <w:insideV w:color="cbd5e0" w:space="0" w:sz="4" w:val="single"/>
        </w:tblBorders>
        <w:tblLayout w:type="fixed"/>
        <w:tblLook w:val="0400"/>
      </w:tblPr>
      <w:tblGrid>
        <w:gridCol w:w="3137"/>
        <w:gridCol w:w="3137"/>
        <w:gridCol w:w="3137"/>
        <w:tblGridChange w:id="0">
          <w:tblGrid>
            <w:gridCol w:w="3137"/>
            <w:gridCol w:w="3137"/>
            <w:gridCol w:w="3137"/>
          </w:tblGrid>
        </w:tblGridChange>
      </w:tblGrid>
      <w:tr>
        <w:trPr>
          <w:cantSplit w:val="0"/>
          <w:tblHeader w:val="0"/>
        </w:trPr>
        <w:tc>
          <w:tcPr>
            <w:shd w:fill="14365d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4365d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Genitore / Esercente 1 (ovvero Tutore)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4365d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Genitore / Esercente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14365d"/>
                <w:sz w:val="19"/>
                <w:szCs w:val="19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14365d"/>
                <w:sz w:val="19"/>
                <w:szCs w:val="19"/>
                <w:rtl w:val="0"/>
              </w:rPr>
              <w:t xml:space="preserve">Luogo e data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14365d"/>
                <w:sz w:val="19"/>
                <w:szCs w:val="19"/>
                <w:rtl w:val="0"/>
              </w:rPr>
              <w:t xml:space="preserve">Codice fiscale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14365d"/>
                <w:sz w:val="19"/>
                <w:szCs w:val="19"/>
                <w:rtl w:val="0"/>
              </w:rPr>
              <w:t xml:space="preserve">Documento di identità (tipo e n.)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14365d"/>
                <w:sz w:val="19"/>
                <w:szCs w:val="19"/>
                <w:rtl w:val="0"/>
              </w:rPr>
              <w:t xml:space="preserve">E-mail / Recapito telefonico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afc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14365d"/>
                <w:sz w:val="19"/>
                <w:szCs w:val="19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7fafc" w:val="clear"/>
            <w:tcMar>
              <w:top w:w="85.0" w:type="dxa"/>
              <w:left w:w="120.0" w:type="dxa"/>
              <w:bottom w:w="85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Luogo e data ____________________________________</w:t>
      </w:r>
    </w:p>
    <w:p w:rsidR="00000000" w:rsidDel="00000000" w:rsidP="00000000" w:rsidRDefault="00000000" w:rsidRPr="00000000" w14:paraId="0000003A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Firma dello Psicologo che ha reso l’informazione e raccolto il consenso _______________________________</w:t>
      </w:r>
    </w:p>
    <w:p w:rsidR="00000000" w:rsidDel="00000000" w:rsidP="00000000" w:rsidRDefault="00000000" w:rsidRPr="00000000" w14:paraId="0000003B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Revoca del consenso (da compilare in caso di revoca)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Il/I sottoscritto/i revoca/revocano il consenso prestato.</w:t>
      </w:r>
    </w:p>
    <w:p w:rsidR="00000000" w:rsidDel="00000000" w:rsidP="00000000" w:rsidRDefault="00000000" w:rsidRPr="00000000" w14:paraId="0000003D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Data _______________   Firma _________________________________________</w:t>
      </w:r>
    </w:p>
    <w:p w:rsidR="00000000" w:rsidDel="00000000" w:rsidP="00000000" w:rsidRDefault="00000000" w:rsidRPr="00000000" w14:paraId="0000003E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Firma dello Psicologo per ricevuta _________________________________________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pBdr>
          <w:bottom w:color="14365d" w:space="3" w:sz="8" w:val="single"/>
        </w:pBdr>
        <w:spacing w:after="100" w:before="240" w:lineRule="auto"/>
        <w:jc w:val="left"/>
        <w:rPr/>
      </w:pPr>
      <w:r w:rsidDel="00000000" w:rsidR="00000000" w:rsidRPr="00000000">
        <w:rPr>
          <w:b w:val="1"/>
          <w:bCs w:val="1"/>
          <w:color w:val="14365d"/>
          <w:sz w:val="23"/>
          <w:szCs w:val="23"/>
          <w:rtl w:val="0"/>
        </w:rPr>
        <w:t xml:space="preserve">All. 5 (Mod. 2) — RICHIESTA DI ACCESSO AL SERVIZIO</w:t>
      </w:r>
      <w:r w:rsidDel="00000000" w:rsidR="00000000" w:rsidRPr="00000000">
        <w:rPr>
          <w:rtl w:val="0"/>
        </w:rPr>
      </w:r>
    </w:p>
    <w:tbl>
      <w:tblPr>
        <w:tblStyle w:val="Table3"/>
        <w:tblW w:w="9412.0" w:type="dxa"/>
        <w:jc w:val="center"/>
        <w:tblBorders>
          <w:top w:color="90cdf4" w:space="0" w:sz="6" w:val="single"/>
          <w:left w:color="90cdf4" w:space="0" w:sz="4" w:val="single"/>
          <w:bottom w:color="90cdf4" w:space="0" w:sz="6" w:val="single"/>
          <w:right w:color="90cdf4" w:space="0" w:sz="4" w:val="single"/>
          <w:insideH w:color="90cdf4" w:space="0" w:sz="4" w:val="single"/>
          <w:insideV w:color="90cdf4" w:space="0" w:sz="4" w:val="single"/>
        </w:tblBorders>
        <w:tblLayout w:type="fixed"/>
        <w:tblLook w:val="0400"/>
      </w:tblPr>
      <w:tblGrid>
        <w:gridCol w:w="9412"/>
        <w:tblGridChange w:id="0">
          <w:tblGrid>
            <w:gridCol w:w="9412"/>
          </w:tblGrid>
        </w:tblGridChange>
      </w:tblGrid>
      <w:tr>
        <w:trPr>
          <w:cantSplit w:val="0"/>
          <w:tblHeader w:val="0"/>
        </w:trPr>
        <w:tc>
          <w:tcPr>
            <w:shd w:fill="f0f4f8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41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14365d"/>
                <w:sz w:val="19"/>
                <w:szCs w:val="19"/>
                <w:rtl w:val="0"/>
              </w:rPr>
              <w:t xml:space="preserve">Avvertenza. </w:t>
            </w:r>
            <w:r w:rsidDel="00000000" w:rsidR="00000000" w:rsidRPr="00000000">
              <w:rPr>
                <w:color w:val="1e232d"/>
                <w:sz w:val="19"/>
                <w:szCs w:val="19"/>
                <w:rtl w:val="0"/>
              </w:rPr>
              <w:t xml:space="preserve">Il presente modulo serve unicamente a chiedere un appuntamento. Non indicare il motivo della richiesta: sarà accolto e approfondito dallo Psicologo nel colloquio. Il modulo va consegnato in busta chiusa allo Psicologo o depositato nell’apposito contenitore. Non è consegnato ai docenti né conservato dalla scuola.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Istituto scolastico ____________________________________________________________________</w:t>
      </w:r>
    </w:p>
    <w:p w:rsidR="00000000" w:rsidDel="00000000" w:rsidP="00000000" w:rsidRDefault="00000000" w:rsidRPr="00000000" w14:paraId="00000044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Plesso __________________________________________   Data della richiesta _______________</w:t>
      </w:r>
    </w:p>
    <w:p w:rsidR="00000000" w:rsidDel="00000000" w:rsidP="00000000" w:rsidRDefault="00000000" w:rsidRPr="00000000" w14:paraId="00000045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La richiesta è presentata 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80" w:lineRule="auto"/>
        <w:jc w:val="both"/>
        <w:rPr/>
      </w:pPr>
      <w:r w:rsidDel="00000000" w:rsidR="00000000" w:rsidRPr="00000000">
        <w:rPr>
          <w:rtl w:val="0"/>
        </w:rPr>
        <w:t xml:space="preserve">☐ Studente — Cognome e nome ___________________________________ Classe/Sez. ___________</w:t>
      </w:r>
    </w:p>
    <w:p w:rsidR="00000000" w:rsidDel="00000000" w:rsidP="00000000" w:rsidRDefault="00000000" w:rsidRPr="00000000" w14:paraId="00000047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☐ Genitore / esercente la responsabilità genitoriale / tutore</w:t>
      </w:r>
    </w:p>
    <w:p w:rsidR="00000000" w:rsidDel="00000000" w:rsidP="00000000" w:rsidRDefault="00000000" w:rsidRPr="00000000" w14:paraId="00000048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    Cognome e nome ___________________________________________________________________</w:t>
      </w:r>
    </w:p>
    <w:p w:rsidR="00000000" w:rsidDel="00000000" w:rsidP="00000000" w:rsidRDefault="00000000" w:rsidRPr="00000000" w14:paraId="00000049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    ☐ per sé (colloquio individuale)     ☐ per sé (colloquio di coppia genitoriale)</w:t>
      </w:r>
    </w:p>
    <w:p w:rsidR="00000000" w:rsidDel="00000000" w:rsidP="00000000" w:rsidRDefault="00000000" w:rsidRPr="00000000" w14:paraId="0000004A">
      <w:pPr>
        <w:spacing w:after="80" w:lineRule="auto"/>
        <w:jc w:val="both"/>
        <w:rPr/>
      </w:pPr>
      <w:r w:rsidDel="00000000" w:rsidR="00000000" w:rsidRPr="00000000">
        <w:rPr>
          <w:rtl w:val="0"/>
        </w:rPr>
        <w:t xml:space="preserve">    ☐ in relazione al figlio/a ___________________________________ Classe/Sez. ___________</w:t>
      </w:r>
    </w:p>
    <w:p w:rsidR="00000000" w:rsidDel="00000000" w:rsidP="00000000" w:rsidRDefault="00000000" w:rsidRPr="00000000" w14:paraId="0000004B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☐ Docente / personale scolastico — Cognome e nome ____________________________________</w:t>
      </w:r>
    </w:p>
    <w:p w:rsidR="00000000" w:rsidDel="00000000" w:rsidP="00000000" w:rsidRDefault="00000000" w:rsidRPr="00000000" w14:paraId="0000004C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    ☐ per richiedere una consulenza professionale sulla gestione della classe (attività non sanitaria, art. 24 delle Linee guida)</w:t>
      </w:r>
    </w:p>
    <w:p w:rsidR="00000000" w:rsidDel="00000000" w:rsidP="00000000" w:rsidRDefault="00000000" w:rsidRPr="00000000" w14:paraId="0000004D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    ☐ per segnalare la situazione di uno studente:</w:t>
      </w:r>
    </w:p>
    <w:p w:rsidR="00000000" w:rsidDel="00000000" w:rsidP="00000000" w:rsidRDefault="00000000" w:rsidRPr="00000000" w14:paraId="0000004E">
      <w:pPr>
        <w:spacing w:after="100" w:lineRule="auto"/>
        <w:jc w:val="both"/>
        <w:rPr/>
      </w:pPr>
      <w:r w:rsidDel="00000000" w:rsidR="00000000" w:rsidRPr="00000000">
        <w:rPr>
          <w:rtl w:val="0"/>
        </w:rPr>
        <w:t xml:space="preserve">        Cognome e nome dello studente _______________________________ Classe/Sez. ___________</w:t>
      </w:r>
    </w:p>
    <w:p w:rsidR="00000000" w:rsidDel="00000000" w:rsidP="00000000" w:rsidRDefault="00000000" w:rsidRPr="00000000" w14:paraId="0000004F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In caso di segnalazione relativa a uno studente, l’attivazione del percorso individuale resta subordinata alla verifica del consenso informato e, per gli studenti maggiorenni, alla libera richiesta dell’interessato. Il personale scolastico non è destinatario dello sportello di ascolto: le richieste che abbiano ad oggetto la propria condizione personale sono orientate al medico competente o ai servizi territoriali.</w:t>
      </w:r>
    </w:p>
    <w:p w:rsidR="00000000" w:rsidDel="00000000" w:rsidP="00000000" w:rsidRDefault="00000000" w:rsidRPr="00000000" w14:paraId="00000050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Contatti per la programmazione dell’appuntamento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Recapito telefonico ______________________________   E-mail _______________________________</w:t>
      </w:r>
    </w:p>
    <w:p w:rsidR="00000000" w:rsidDel="00000000" w:rsidP="00000000" w:rsidRDefault="00000000" w:rsidRPr="00000000" w14:paraId="00000052">
      <w:pPr>
        <w:spacing w:after="100" w:lineRule="auto"/>
        <w:jc w:val="both"/>
        <w:rPr/>
      </w:pPr>
      <w:r w:rsidDel="00000000" w:rsidR="00000000" w:rsidRPr="00000000">
        <w:rPr>
          <w:rtl w:val="0"/>
        </w:rPr>
        <w:t xml:space="preserve">Fasce orarie di preferibile disponibilità ____________________________________________________</w:t>
      </w:r>
    </w:p>
    <w:p w:rsidR="00000000" w:rsidDel="00000000" w:rsidP="00000000" w:rsidRDefault="00000000" w:rsidRPr="00000000" w14:paraId="00000053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Firma del richiedente _________________________________________</w:t>
      </w:r>
    </w:p>
    <w:p w:rsidR="00000000" w:rsidDel="00000000" w:rsidP="00000000" w:rsidRDefault="00000000" w:rsidRPr="00000000" w14:paraId="00000054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Spazio riservato al Servizio (da compilare in sede ASP)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Data di ricezione _______________   Codice pratica ___________________________</w:t>
      </w:r>
    </w:p>
    <w:p w:rsidR="00000000" w:rsidDel="00000000" w:rsidP="00000000" w:rsidRDefault="00000000" w:rsidRPr="00000000" w14:paraId="00000056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Esito:   ☐ appuntamento fissato per il _______________</w:t>
      </w:r>
    </w:p>
    <w:p w:rsidR="00000000" w:rsidDel="00000000" w:rsidP="00000000" w:rsidRDefault="00000000" w:rsidRPr="00000000" w14:paraId="00000057">
      <w:pPr>
        <w:spacing w:after="80" w:lineRule="auto"/>
        <w:jc w:val="both"/>
        <w:rPr/>
      </w:pPr>
      <w:r w:rsidDel="00000000" w:rsidR="00000000" w:rsidRPr="00000000">
        <w:rPr>
          <w:rtl w:val="0"/>
        </w:rPr>
        <w:t xml:space="preserve">         ☐ richiesta non pertinente — orientamento a ________________________________________</w:t>
      </w:r>
    </w:p>
    <w:p w:rsidR="00000000" w:rsidDel="00000000" w:rsidP="00000000" w:rsidRDefault="00000000" w:rsidRPr="00000000" w14:paraId="00000058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Firma dello Psicologo _________________________________________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pBdr>
          <w:bottom w:color="14365d" w:space="3" w:sz="8" w:val="single"/>
        </w:pBdr>
        <w:spacing w:after="100" w:before="240" w:lineRule="auto"/>
        <w:jc w:val="left"/>
        <w:rPr/>
      </w:pPr>
      <w:r w:rsidDel="00000000" w:rsidR="00000000" w:rsidRPr="00000000">
        <w:rPr>
          <w:b w:val="1"/>
          <w:bCs w:val="1"/>
          <w:color w:val="14365d"/>
          <w:sz w:val="23"/>
          <w:szCs w:val="23"/>
          <w:rtl w:val="0"/>
        </w:rPr>
        <w:t xml:space="preserve">All. 6 (Mod. 3) — CONSENSO INFORMATO SANITARIO — PERSONA MAGGIORENNE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80" w:lineRule="auto"/>
        <w:jc w:val="left"/>
        <w:rPr/>
      </w:pPr>
      <w:r w:rsidDel="00000000" w:rsidR="00000000" w:rsidRPr="00000000">
        <w:rPr>
          <w:rtl w:val="0"/>
        </w:rPr>
        <w:t xml:space="preserve">Studente maggiorenne · Genitore · Coppia genitoriale — Da acquisirsi ai sensi dell’art. 1 della L. 22 dicembre 2017, n. 219</w:t>
      </w:r>
    </w:p>
    <w:tbl>
      <w:tblPr>
        <w:tblStyle w:val="Table4"/>
        <w:tblW w:w="9412.0" w:type="dxa"/>
        <w:jc w:val="center"/>
        <w:tblBorders>
          <w:top w:color="90cdf4" w:space="0" w:sz="6" w:val="single"/>
          <w:left w:color="90cdf4" w:space="0" w:sz="4" w:val="single"/>
          <w:bottom w:color="90cdf4" w:space="0" w:sz="6" w:val="single"/>
          <w:right w:color="90cdf4" w:space="0" w:sz="4" w:val="single"/>
          <w:insideH w:color="90cdf4" w:space="0" w:sz="4" w:val="single"/>
          <w:insideV w:color="90cdf4" w:space="0" w:sz="4" w:val="single"/>
        </w:tblBorders>
        <w:tblLayout w:type="fixed"/>
        <w:tblLook w:val="0400"/>
      </w:tblPr>
      <w:tblGrid>
        <w:gridCol w:w="9412"/>
        <w:tblGridChange w:id="0">
          <w:tblGrid>
            <w:gridCol w:w="9412"/>
          </w:tblGrid>
        </w:tblGridChange>
      </w:tblGrid>
      <w:tr>
        <w:trPr>
          <w:cantSplit w:val="0"/>
          <w:tblHeader w:val="0"/>
        </w:trPr>
        <w:tc>
          <w:tcPr>
            <w:shd w:fill="f0f4f8" w:val="clear"/>
            <w:tcMar>
              <w:top w:w="100.0" w:type="dxa"/>
              <w:left w:w="150.0" w:type="dxa"/>
              <w:bottom w:w="100.0" w:type="dxa"/>
              <w:right w:w="150.0" w:type="dxa"/>
            </w:tcMar>
          </w:tcPr>
          <w:p w:rsidR="00000000" w:rsidDel="00000000" w:rsidP="00000000" w:rsidRDefault="00000000" w:rsidRPr="00000000" w14:paraId="0000005C">
            <w:pPr>
              <w:spacing w:after="0" w:before="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color w:val="14365d"/>
                <w:sz w:val="19"/>
                <w:szCs w:val="19"/>
                <w:rtl w:val="0"/>
              </w:rPr>
              <w:t xml:space="preserve">Avvertenza per lo Psicologo. </w:t>
            </w:r>
            <w:r w:rsidDel="00000000" w:rsidR="00000000" w:rsidRPr="00000000">
              <w:rPr>
                <w:color w:val="1e232d"/>
                <w:sz w:val="19"/>
                <w:szCs w:val="19"/>
                <w:rtl w:val="0"/>
              </w:rPr>
              <w:t xml:space="preserve">Il modulo è sottoscritto esclusivamente in sede di colloquio, dopo che le informazioni della Parte I sono state rese personalmente dallo Psicologo. Copia dell’informativa sul trattamento dei dati personali (All. 1) è consegnata contestualmente.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DATI IDENTIFICATIVI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Azienda Sanitaria Provinciale di ____________________________________________________</w:t>
      </w:r>
    </w:p>
    <w:p w:rsidR="00000000" w:rsidDel="00000000" w:rsidP="00000000" w:rsidRDefault="00000000" w:rsidRPr="00000000" w14:paraId="00000060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Servizio di Psicologia Scolastica — Presidio degli psicologi</w:t>
      </w:r>
    </w:p>
    <w:p w:rsidR="00000000" w:rsidDel="00000000" w:rsidP="00000000" w:rsidRDefault="00000000" w:rsidRPr="00000000" w14:paraId="00000061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Psicologo ____________________________________ — Iscrizione Albo n. _________ Ordine ____________</w:t>
      </w:r>
    </w:p>
    <w:p w:rsidR="00000000" w:rsidDel="00000000" w:rsidP="00000000" w:rsidRDefault="00000000" w:rsidRPr="00000000" w14:paraId="00000062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Istituto scolastico di riferimento ____________________________________________________</w:t>
      </w:r>
    </w:p>
    <w:p w:rsidR="00000000" w:rsidDel="00000000" w:rsidP="00000000" w:rsidRDefault="00000000" w:rsidRPr="00000000" w14:paraId="00000063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Interessato 1 — Cognome ______________________________ Nome ______________________________</w:t>
      </w:r>
    </w:p>
    <w:p w:rsidR="00000000" w:rsidDel="00000000" w:rsidP="00000000" w:rsidRDefault="00000000" w:rsidRPr="00000000" w14:paraId="00000064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Nato/a a _________________________________ il _________________ C.F. ___________________________</w:t>
      </w:r>
    </w:p>
    <w:p w:rsidR="00000000" w:rsidDel="00000000" w:rsidP="00000000" w:rsidRDefault="00000000" w:rsidRPr="00000000" w14:paraId="00000065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Qualità:   ☐ studente maggiorenne — Classe/Sez. ________     ☐ genitore / esercente la responsabilità genitoriale</w:t>
      </w:r>
    </w:p>
    <w:p w:rsidR="00000000" w:rsidDel="00000000" w:rsidP="00000000" w:rsidRDefault="00000000" w:rsidRPr="00000000" w14:paraId="00000066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☐ Colloquio di coppia genitoriale — secondo interessato (Interessato 2):</w:t>
      </w:r>
    </w:p>
    <w:p w:rsidR="00000000" w:rsidDel="00000000" w:rsidP="00000000" w:rsidRDefault="00000000" w:rsidRPr="00000000" w14:paraId="00000067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Cognome ______________________________ Nome ______________________________</w:t>
      </w:r>
    </w:p>
    <w:p w:rsidR="00000000" w:rsidDel="00000000" w:rsidP="00000000" w:rsidRDefault="00000000" w:rsidRPr="00000000" w14:paraId="00000068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Nato/a a _________________________________ il _________________ C.F. ___________________________</w:t>
      </w:r>
    </w:p>
    <w:p w:rsidR="00000000" w:rsidDel="00000000" w:rsidP="00000000" w:rsidRDefault="00000000" w:rsidRPr="00000000" w14:paraId="00000069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Codice pratica (a cura dell’ASP) _________________________________</w:t>
      </w:r>
    </w:p>
    <w:p w:rsidR="00000000" w:rsidDel="00000000" w:rsidP="00000000" w:rsidRDefault="00000000" w:rsidRPr="00000000" w14:paraId="0000006A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PARTE I — INFORMAZIONI RESE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1.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Che cos’è il Servizio. </w:t>
      </w:r>
      <w:r w:rsidDel="00000000" w:rsidR="00000000" w:rsidRPr="00000000">
        <w:rPr>
          <w:rtl w:val="0"/>
        </w:rPr>
        <w:t xml:space="preserve">Il Servizio di Psicologia Scolastica è attivato dall’Azienda Sanitaria Provinciale nell’ambito del progetto regionale “Discutiamone a scuola”. Lo Psicologo è un professionista sanitario iscritto all’Albo, incaricato dall’ASP, non dipendente dalla scuola.</w:t>
      </w:r>
    </w:p>
    <w:p w:rsidR="00000000" w:rsidDel="00000000" w:rsidP="00000000" w:rsidRDefault="00000000" w:rsidRPr="00000000" w14:paraId="0000006C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2.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Natura della prestazione. </w:t>
      </w:r>
      <w:r w:rsidDel="00000000" w:rsidR="00000000" w:rsidRPr="00000000">
        <w:rPr>
          <w:rtl w:val="0"/>
        </w:rPr>
        <w:t xml:space="preserve">I colloqui di consulenza psicologica sono prestazioni sanitarie e richiedono il consenso informato dell’interessato.</w:t>
      </w:r>
    </w:p>
    <w:p w:rsidR="00000000" w:rsidDel="00000000" w:rsidP="00000000" w:rsidRDefault="00000000" w:rsidRPr="00000000" w14:paraId="0000006D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3.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In che cosa consistono. </w:t>
      </w:r>
      <w:r w:rsidDel="00000000" w:rsidR="00000000" w:rsidRPr="00000000">
        <w:rPr>
          <w:rtl w:val="0"/>
        </w:rPr>
        <w:t xml:space="preserve">Colloqui individuali — ovvero, su richiesta, congiunti a entrambi gli esercenti la responsabilità genitoriale — finalizzati ad accogliere e definire una difficoltà, sostenere le risorse personali e, ove necessario, orientare verso il servizio competente. La durata dei colloqui e il numero degli incontri non sono predeterminati: sono valutati dallo Psicologo in relazione alla situazione, in un percorso comunque orientato alla brevità.</w:t>
      </w:r>
    </w:p>
    <w:p w:rsidR="00000000" w:rsidDel="00000000" w:rsidP="00000000" w:rsidRDefault="00000000" w:rsidRPr="00000000" w14:paraId="0000006E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4.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Che cosa il Servizio non fa. </w:t>
      </w:r>
      <w:r w:rsidDel="00000000" w:rsidR="00000000" w:rsidRPr="00000000">
        <w:rPr>
          <w:rtl w:val="0"/>
        </w:rPr>
        <w:t xml:space="preserve">Non eroga psicoterapia. Non somministra test, questionari o reattivi psicologici. Non rilascia certificazioni diagnostiche. Non redige documenti destinati, anche indirettamente, a procedimenti giudiziari di qualsiasi natura.</w:t>
      </w:r>
    </w:p>
    <w:p w:rsidR="00000000" w:rsidDel="00000000" w:rsidP="00000000" w:rsidRDefault="00000000" w:rsidRPr="00000000" w14:paraId="0000006F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4-bis.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Certificazioni e attestazioni. </w:t>
      </w:r>
      <w:r w:rsidDel="00000000" w:rsidR="00000000" w:rsidRPr="00000000">
        <w:rPr>
          <w:rtl w:val="0"/>
        </w:rPr>
        <w:t xml:space="preserve">Le certificazioni e le attestazioni previste dalla normativa vigente e rientranti nelle competenze del Servizio sono rilasciate solo su richiesta scritta dell’interessato, salvo diversa disposizione di legge. È rilasciata, alle stesse condizioni, l’attestazione dell’avvenuto accesso, utile a giustificare l’assenza dalle lezioni o dal lavoro: riporta solo data e orario, è consegnata a chi la chiede e non è trasmessa alla scuola. Nessuna certificazione, attestazione o relazione è rilasciata al Dirigente scolastico, ai docenti o ad altro personale della scuola.</w:t>
      </w:r>
    </w:p>
    <w:p w:rsidR="00000000" w:rsidDel="00000000" w:rsidP="00000000" w:rsidRDefault="00000000" w:rsidRPr="00000000" w14:paraId="00000070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5.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Riservatezza e suoi limiti. </w:t>
      </w:r>
      <w:r w:rsidDel="00000000" w:rsidR="00000000" w:rsidRPr="00000000">
        <w:rPr>
          <w:rtl w:val="0"/>
        </w:rPr>
        <w:t xml:space="preserve">Lo Psicologo è tenuto al segreto professionale. Nulla di quanto emerge nei colloqui è riferito alla scuola, al Dirigente scolastico o ad altri. Il segreto cede nei soli casi previsti dalla legge: conoscenza di reati perseguibili d’ufficio; situazioni di grave pregiudizio per un minore; rischio attuale per l’incolumità propria o altrui.</w:t>
      </w:r>
    </w:p>
    <w:p w:rsidR="00000000" w:rsidDel="00000000" w:rsidP="00000000" w:rsidRDefault="00000000" w:rsidRPr="00000000" w14:paraId="00000071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5-bis.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Colloquio di coppia genitoriale (se barrato sopra). </w:t>
      </w:r>
      <w:r w:rsidDel="00000000" w:rsidR="00000000" w:rsidRPr="00000000">
        <w:rPr>
          <w:rtl w:val="0"/>
        </w:rPr>
        <w:t xml:space="preserve">Il colloquio ha ad oggetto la relazione con il figlio e la funzione genitoriale, e non la relazione di coppia in quanto tale, che esula dalle finalità del Servizio. Quanto ciascuno riferisce in presenza dell’altro non è coperto da riservatezza nei confronti di quest’ultimo. La prestazione è documentata in un’unica pratica recante le generalità di entrambi. Ciascuno può in qualsiasi momento chiedere di proseguire individualmente.</w:t>
      </w:r>
    </w:p>
    <w:p w:rsidR="00000000" w:rsidDel="00000000" w:rsidP="00000000" w:rsidRDefault="00000000" w:rsidRPr="00000000" w14:paraId="00000072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6.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Se la richiesta riguarda un figlio minorenne (per i genitori). </w:t>
      </w:r>
      <w:r w:rsidDel="00000000" w:rsidR="00000000" w:rsidRPr="00000000">
        <w:rPr>
          <w:rtl w:val="0"/>
        </w:rPr>
        <w:t xml:space="preserve">Il colloquio riguarda l’interessato e non costituisce presa in carico del figlio. Lo Psicologo non formula valutazioni sul minore, sulle capacità genitoriali o sull’affidamento, e non redige documenti utilizzabili in procedimenti tra i genitori. Le informazioni raccolte non sono utilizzate in un eventuale percorso in corso con il figlio senza il consenso di quest’ultimo.</w:t>
      </w:r>
    </w:p>
    <w:p w:rsidR="00000000" w:rsidDel="00000000" w:rsidP="00000000" w:rsidRDefault="00000000" w:rsidRPr="00000000" w14:paraId="00000073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7.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Il personale scolastico non è destinatario dello sportello. </w:t>
      </w:r>
      <w:r w:rsidDel="00000000" w:rsidR="00000000" w:rsidRPr="00000000">
        <w:rPr>
          <w:rtl w:val="0"/>
        </w:rPr>
        <w:t xml:space="preserve">Il Servizio non eroga sostegno psicologico né consulenza psicologica individuale a dirigenti scolastici, docenti e personale ATA. Nei loro confronti sono previste le sole attività formative e informative di gruppo e la consulenza professionale sulla gestione della classe, che hanno natura tecnico-professionale e non sanitaria e non richiedono il presente consenso.</w:t>
      </w:r>
    </w:p>
    <w:p w:rsidR="00000000" w:rsidDel="00000000" w:rsidP="00000000" w:rsidRDefault="00000000" w:rsidRPr="00000000" w14:paraId="00000074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8.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Documentazione. </w:t>
      </w:r>
      <w:r w:rsidDel="00000000" w:rsidR="00000000" w:rsidRPr="00000000">
        <w:rPr>
          <w:rtl w:val="0"/>
        </w:rPr>
        <w:t xml:space="preserve">Le prestazioni sono documentate in una pratica conservata nella documentazione sanitaria presso l’ASP, mai presso la scuola. Il presente consenso è inserito nella documentazione sanitaria e nel Fascicolo Sanitario Elettronico secondo quanto disposto dalla normativa vigente.</w:t>
      </w:r>
    </w:p>
    <w:p w:rsidR="00000000" w:rsidDel="00000000" w:rsidP="00000000" w:rsidRDefault="00000000" w:rsidRPr="00000000" w14:paraId="00000075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9.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Libertà di scelta e revoca. </w:t>
      </w:r>
      <w:r w:rsidDel="00000000" w:rsidR="00000000" w:rsidRPr="00000000">
        <w:rPr>
          <w:rtl w:val="0"/>
        </w:rPr>
        <w:t xml:space="preserve">Il consenso è libero, il rifiuto non comporta alcuna conseguenza, la revoca è possibile in qualsiasi momento senza motivazione e non pregiudica l’accesso futuro.</w:t>
      </w:r>
    </w:p>
    <w:p w:rsidR="00000000" w:rsidDel="00000000" w:rsidP="00000000" w:rsidRDefault="00000000" w:rsidRPr="00000000" w14:paraId="00000076">
      <w:pPr>
        <w:spacing w:after="90" w:lineRule="auto"/>
        <w:jc w:val="both"/>
        <w:rPr/>
      </w:pPr>
      <w:r w:rsidDel="00000000" w:rsidR="00000000" w:rsidRPr="00000000">
        <w:rPr>
          <w:b w:val="1"/>
          <w:bCs w:val="1"/>
          <w:color w:val="14365d"/>
          <w:rtl w:val="0"/>
        </w:rPr>
        <w:t xml:space="preserve">10. </w:t>
      </w:r>
      <w:r w:rsidDel="00000000" w:rsidR="00000000" w:rsidRPr="00000000">
        <w:rPr>
          <w:b w:val="1"/>
          <w:bCs w:val="1"/>
          <w:color w:val="1e232d"/>
          <w:rtl w:val="0"/>
        </w:rPr>
        <w:t xml:space="preserve">Durata. </w:t>
      </w:r>
      <w:r w:rsidDel="00000000" w:rsidR="00000000" w:rsidRPr="00000000">
        <w:rPr>
          <w:rtl w:val="0"/>
        </w:rPr>
        <w:t xml:space="preserve">Il presente consenso vale per l’anno scolastico _______ / _______ .</w:t>
      </w:r>
    </w:p>
    <w:p w:rsidR="00000000" w:rsidDel="00000000" w:rsidP="00000000" w:rsidRDefault="00000000" w:rsidRPr="00000000" w14:paraId="00000077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PARTE II — MANIFESTAZIONE DI VOLONTÀ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60" w:lineRule="auto"/>
        <w:jc w:val="both"/>
        <w:rPr/>
      </w:pPr>
      <w:r w:rsidDel="00000000" w:rsidR="00000000" w:rsidRPr="00000000">
        <w:rPr>
          <w:b w:val="1"/>
          <w:bCs w:val="1"/>
          <w:color w:val="1e232d"/>
          <w:rtl w:val="0"/>
        </w:rPr>
        <w:t xml:space="preserve">Colloqui di consulenza psicologica: </w:t>
      </w:r>
      <w:r w:rsidDel="00000000" w:rsidR="00000000" w:rsidRPr="00000000">
        <w:rPr>
          <w:rtl w:val="0"/>
        </w:rPr>
        <w:t xml:space="preserve">☐ ACCONSENTO          ☐ NON ACCONSENTO</w:t>
      </w:r>
    </w:p>
    <w:p w:rsidR="00000000" w:rsidDel="00000000" w:rsidP="00000000" w:rsidRDefault="00000000" w:rsidRPr="00000000" w14:paraId="00000079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Il consenso non comporta alcun obbligo di accesso.</w:t>
      </w:r>
    </w:p>
    <w:p w:rsidR="00000000" w:rsidDel="00000000" w:rsidP="00000000" w:rsidRDefault="00000000" w:rsidRPr="00000000" w14:paraId="0000007A">
      <w:pPr>
        <w:keepNext w:val="1"/>
        <w:spacing w:after="60" w:before="160" w:lineRule="auto"/>
        <w:jc w:val="left"/>
        <w:rPr/>
      </w:pPr>
      <w:r w:rsidDel="00000000" w:rsidR="00000000" w:rsidRPr="00000000">
        <w:rPr>
          <w:b w:val="1"/>
          <w:bCs w:val="1"/>
          <w:color w:val="2c5282"/>
          <w:sz w:val="21"/>
          <w:szCs w:val="21"/>
          <w:rtl w:val="0"/>
        </w:rPr>
        <w:t xml:space="preserve">PARTE III — SOTTOSCRIZIONE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80" w:lineRule="auto"/>
        <w:jc w:val="both"/>
        <w:rPr/>
      </w:pPr>
      <w:r w:rsidDel="00000000" w:rsidR="00000000" w:rsidRPr="00000000">
        <w:rPr>
          <w:rtl w:val="0"/>
        </w:rPr>
        <w:t xml:space="preserve">Il/I sottoscritto/i dichiara/dichiarano di aver ricevuto le informazioni della Parte I direttamente dallo Psicologo, di averle comprese, di aver avuto la possibilità di porre domande e di aver ricevuto risposta.</w:t>
      </w:r>
    </w:p>
    <w:p w:rsidR="00000000" w:rsidDel="00000000" w:rsidP="00000000" w:rsidRDefault="00000000" w:rsidRPr="00000000" w14:paraId="0000007C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Luogo e data ______________________________   Firma (Interessato 1) ___________________________________</w:t>
      </w:r>
    </w:p>
    <w:p w:rsidR="00000000" w:rsidDel="00000000" w:rsidP="00000000" w:rsidRDefault="00000000" w:rsidRPr="00000000" w14:paraId="0000007D">
      <w:pPr>
        <w:spacing w:after="80" w:lineRule="auto"/>
        <w:jc w:val="both"/>
        <w:rPr/>
      </w:pPr>
      <w:r w:rsidDel="00000000" w:rsidR="00000000" w:rsidRPr="00000000">
        <w:rPr>
          <w:rtl w:val="0"/>
        </w:rPr>
        <w:t xml:space="preserve">Documento di identità (tipo e numero) _________________________________________</w:t>
      </w:r>
    </w:p>
    <w:p w:rsidR="00000000" w:rsidDel="00000000" w:rsidP="00000000" w:rsidRDefault="00000000" w:rsidRPr="00000000" w14:paraId="0000007E">
      <w:pPr>
        <w:spacing w:after="40" w:lineRule="auto"/>
        <w:jc w:val="both"/>
        <w:rPr/>
      </w:pPr>
      <w:r w:rsidDel="00000000" w:rsidR="00000000" w:rsidRPr="00000000">
        <w:rPr>
          <w:rtl w:val="0"/>
        </w:rPr>
        <w:t xml:space="preserve">In caso di colloquio di coppia genitoriale, sottoscrive anche il secondo interessato:</w:t>
      </w:r>
    </w:p>
    <w:p w:rsidR="00000000" w:rsidDel="00000000" w:rsidP="00000000" w:rsidRDefault="00000000" w:rsidRPr="00000000" w14:paraId="0000007F">
      <w:pPr>
        <w:spacing w:after="60" w:lineRule="auto"/>
        <w:jc w:val="both"/>
        <w:rPr/>
      </w:pPr>
      <w:r w:rsidDel="00000000" w:rsidR="00000000" w:rsidRPr="00000000">
        <w:rPr>
          <w:rtl w:val="0"/>
        </w:rPr>
        <w:t xml:space="preserve">Firma (Interessato 2) ___________________________________   Documento _____________________________</w:t>
      </w:r>
    </w:p>
    <w:p w:rsidR="00000000" w:rsidDel="00000000" w:rsidP="00000000" w:rsidRDefault="00000000" w:rsidRPr="00000000" w14:paraId="00000080">
      <w:pPr>
        <w:spacing w:after="120" w:lineRule="auto"/>
        <w:jc w:val="both"/>
        <w:rPr/>
      </w:pPr>
      <w:r w:rsidDel="00000000" w:rsidR="00000000" w:rsidRPr="00000000">
        <w:rPr>
          <w:rtl w:val="0"/>
        </w:rPr>
        <w:t xml:space="preserve">Firma dello Psicologo che ha reso l’informazione e raccolto il consenso _______________________________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i w:val="1"/>
          <w:iCs w:val="1"/>
          <w:color w:val="5a6473"/>
          <w:sz w:val="17"/>
          <w:szCs w:val="17"/>
          <w:rtl w:val="0"/>
        </w:rPr>
        <w:t xml:space="preserve">Moduli predisposti in attuazione degli artt. 16 e 29 delle Linee guida operative del progetto “Discutiamone a scuola” – PR Calabria FESR FSE+ 2021/2027, Azione 4.k.1.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47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e232d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646e7d"/>
        <w:sz w:val="17"/>
        <w:szCs w:val="17"/>
        <w:u w:val="none"/>
        <w:shd w:fill="auto" w:val="clear"/>
        <w:vertAlign w:val="baseline"/>
        <w:rtl w:val="0"/>
      </w:rPr>
      <w:t xml:space="preserve">PR Calabria FESR FSE+ 2021/2027 — Priorità 4INCL — ESO4.11 — Azione 4.k.1 — Progetto “Discutiamone a scuola”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646e7d"/>
        <w:sz w:val="17"/>
        <w:szCs w:val="17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646e7d"/>
        <w:sz w:val="17"/>
        <w:szCs w:val="17"/>
        <w:u w:val="none"/>
        <w:shd w:fill="auto" w:val="clear"/>
        <w:vertAlign w:val="baseline"/>
        <w:rtl w:val="0"/>
      </w:rPr>
      <w:t xml:space="preserve">Regione Calabria — Progetto “Discutiamone a scuola” | Modulistica All. 4, All. 5, All. 6</w:t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i w:val="1"/>
        <w:iCs w:val="1"/>
        <w:color w:val="646e7d"/>
        <w:sz w:val="17"/>
        <w:szCs w:val="17"/>
      </w:rPr>
    </w:pPr>
    <w:r w:rsidDel="00000000" w:rsidR="00000000" w:rsidRPr="00000000">
      <w:rPr>
        <w:i w:val="1"/>
        <w:iCs w:val="1"/>
        <w:color w:val="646e7d"/>
        <w:sz w:val="17"/>
        <w:szCs w:val="17"/>
      </w:rPr>
      <w:drawing>
        <wp:inline distB="114300" distT="114300" distL="114300" distR="114300">
          <wp:extent cx="5976310" cy="4572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763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e232d"/>
        <w:sz w:val="21"/>
        <w:szCs w:val="21"/>
        <w:lang w:val="en"/>
      </w:rPr>
    </w:rPrDefault>
    <w:pPrDefault>
      <w:pPr>
        <w:spacing w:after="9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Dd+RFu81EKKVN/7KoDX0jkVdQQ==">CgMxLjA4AHIhMVFWcUFhaTRtdXYwNjlibUlWU1lhUzhVaWczZjNuZlNM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